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PELIN DRAGOS</w:t>
      </w:r>
    </w:p>
    <w:p>
      <w:pPr>
        <w:widowControl/>
      </w:pPr>
      <w:r>
        <w:t>Game QA Engineer</w:t>
      </w:r>
    </w:p>
    <w:p>
      <w:pPr>
        <w:widowControl/>
      </w:pPr>
      <w:r>
        <w:t>Bucharest, Romania | +40 728 543 629 | pelin.dragoss@gmail.com</w:t>
      </w:r>
    </w:p>
    <w:p>
      <w:pPr>
        <w:widowControl/>
      </w:pPr>
      <w:r>
        <w:t>linkedin.com/in/dragos-pelin-357495150</w:t>
      </w:r>
    </w:p>
    <w:p>
      <w:pPr>
        <w:pStyle w:val="Heading1"/>
        <w:widowControl/>
      </w:pPr>
      <w:r>
        <w:t>PROFESSIONAL SUMMARY</w:t>
      </w:r>
    </w:p>
    <w:p>
      <w:pPr>
        <w:widowControl/>
      </w:pPr>
      <w:r>
        <w:t>Quality assurance professional with 5+ years of experience, including game testing at Funcom and EA Games. Experience owning feature testing, coordinating QA assignments and mentoring junior testers. Led a Conan Exiles update testing cycle in which the team documented more than 300 defects. Background in functional, regression, exploratory and performance testing, with additional experience developing internal QA tools.</w:t>
      </w:r>
    </w:p>
    <w:p>
      <w:pPr>
        <w:pStyle w:val="Heading1"/>
        <w:widowControl/>
      </w:pPr>
      <w:r>
        <w:t>PROFESSIONAL EXPERIENCE</w:t>
      </w:r>
    </w:p>
    <w:p>
      <w:pPr>
        <w:pStyle w:val="Heading2"/>
        <w:widowControl/>
      </w:pPr>
      <w:r>
        <w:t>QA Engineer | TikTok | Bucharest | May 2026 - Present</w:t>
      </w:r>
    </w:p>
    <w:p>
      <w:pPr>
        <w:pStyle w:val="ListBullet"/>
        <w:keepLines/>
        <w:widowControl/>
      </w:pPr>
      <w:r>
        <w:t>Review content and AI training data against internal policies; assess and correct third-party vendor moderation outputs.</w:t>
      </w:r>
    </w:p>
    <w:p>
      <w:pPr>
        <w:pStyle w:val="ListBullet"/>
        <w:keepLines/>
        <w:widowControl/>
      </w:pPr>
      <w:r>
        <w:t>Lead calibration meetings with internal teams and external partners to align quality standards and policy interpretation.</w:t>
      </w:r>
    </w:p>
    <w:p>
      <w:pPr>
        <w:pStyle w:val="ListBullet"/>
        <w:keepLines/>
        <w:widowControl/>
      </w:pPr>
      <w:r>
        <w:t>Prepare vendor quality reports and KPIs, identify recurring data-labeling issues and coordinate stakeholder feedback.</w:t>
      </w:r>
    </w:p>
    <w:p>
      <w:pPr>
        <w:pStyle w:val="Heading2"/>
        <w:widowControl/>
      </w:pPr>
      <w:r>
        <w:t>Quality Assurance Engineer | Funcom | Bucharest | Sep 2022 - Nov 2025</w:t>
      </w:r>
    </w:p>
    <w:p>
      <w:pPr>
        <w:pStyle w:val="ListBullet"/>
        <w:keepLines/>
        <w:widowControl/>
      </w:pPr>
      <w:r>
        <w:t>Owned test planning, execution and reporting for complex game features, including inter-map travel, instance systems and end-game content.</w:t>
      </w:r>
    </w:p>
    <w:p>
      <w:pPr>
        <w:pStyle w:val="ListBullet"/>
        <w:keepLines/>
        <w:widowControl/>
      </w:pPr>
      <w:r>
        <w:t>Led a testing cycle for a major Conan Exiles update in which the team identified and documented more than 300 defects.</w:t>
      </w:r>
    </w:p>
    <w:p>
      <w:pPr>
        <w:pStyle w:val="ListBullet"/>
        <w:keepLines/>
        <w:widowControl/>
      </w:pPr>
      <w:r>
        <w:t>Performed functional, regression, exploratory, performance and cheat testing, using Cheat Engine to investigate game behavior.</w:t>
      </w:r>
    </w:p>
    <w:p>
      <w:pPr>
        <w:pStyle w:val="ListBullet"/>
        <w:keepLines/>
        <w:widowControl/>
      </w:pPr>
      <w:r>
        <w:t>Coordinated QA assignments within Agile/Scrum workflows, documented processes in Confluence and mentored junior testers.</w:t>
      </w:r>
    </w:p>
    <w:p>
      <w:pPr>
        <w:pStyle w:val="ListBullet"/>
        <w:keepLines/>
        <w:widowControl/>
      </w:pPr>
      <w:r>
        <w:t>Designed and developed an internal QA management tool for resource allocation and time tracking using React, TypeScript, Python and PostgreSQL.</w:t>
      </w:r>
    </w:p>
    <w:p>
      <w:pPr>
        <w:pStyle w:val="Heading2"/>
        <w:widowControl/>
      </w:pPr>
      <w:r>
        <w:t>Quality Assurance Tester | EA Games | Bucharest | Jun 2020 - Sep 2022</w:t>
      </w:r>
    </w:p>
    <w:p>
      <w:pPr>
        <w:pStyle w:val="ListBullet"/>
        <w:keepLines/>
        <w:widowControl/>
      </w:pPr>
      <w:r>
        <w:t>Developed and executed manual black-box test scenarios for FIFA and analyzed results from automated tests.</w:t>
      </w:r>
    </w:p>
    <w:p>
      <w:pPr>
        <w:pStyle w:val="ListBullet"/>
        <w:keepLines/>
        <w:widowControl/>
      </w:pPr>
      <w:r>
        <w:t>Created and maintained test cases in TestRail; reported and tracked defects in Jira.</w:t>
      </w:r>
    </w:p>
    <w:p>
      <w:pPr>
        <w:pStyle w:val="Heading1"/>
        <w:widowControl/>
      </w:pPr>
      <w:r>
        <w:t>SKILLS AND TOOLS</w:t>
      </w:r>
    </w:p>
    <w:p>
      <w:pPr>
        <w:widowControl/>
      </w:pPr>
      <w:r>
        <w:t>Testing: functional, regression, exploratory, performance, black-box, client/server, console and mobile testing; feature ownership; test planning and reporting.</w:t>
      </w:r>
    </w:p>
    <w:p>
      <w:pPr>
        <w:widowControl/>
      </w:pPr>
      <w:r>
        <w:t>Tools: Jira, TestRail, Confluence, Cheat Engine, Git, Postman, Grafana and Prometheus.</w:t>
      </w:r>
    </w:p>
    <w:p>
      <w:pPr>
        <w:widowControl/>
      </w:pPr>
      <w:r>
        <w:t>Technical: Python, TypeScript, React, SQL (PostgreSQL), HTML/CSS; Agile/Scrum and software development lifecycle (SDLC).</w:t>
      </w:r>
    </w:p>
    <w:p>
      <w:pPr>
        <w:pStyle w:val="Heading1"/>
        <w:widowControl/>
      </w:pPr>
      <w:r>
        <w:t>CERTIFICATIONS AND EDUCATION</w:t>
      </w:r>
    </w:p>
    <w:p>
      <w:pPr/>
      <w:r>
        <w:t>Cyber Security: Essentials for Governance, Risk &amp; Compliance</w:t>
      </w:r>
    </w:p>
    <w:p>
      <w:pPr/>
      <w:r>
        <w:t>Macquarie University via Coursera | Specialization completed October 4, 2026</w:t>
      </w:r>
    </w:p>
    <w:p>
      <w:pPr>
        <w:widowControl/>
      </w:pPr>
      <w:r>
        <w:t>Google Cybersecurity Professional Certificate | Google via Coursera | 2023</w:t>
      </w:r>
    </w:p>
    <w:p>
      <w:pPr>
        <w:widowControl/>
      </w:pPr>
      <w:r>
        <w:t>History | Alexandru Ioan Cuza University, Iasi | 2018</w:t>
      </w:r>
    </w:p>
    <w:p>
      <w:pPr>
        <w:pStyle w:val="Heading1"/>
        <w:widowControl/>
      </w:pPr>
      <w:r>
        <w:t>LANGUAGES</w:t>
      </w:r>
    </w:p>
    <w:p>
      <w:pPr>
        <w:widowControl/>
      </w:pPr>
      <w:r>
        <w:t>Romanian | English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40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before="0" w:line="240" w:lineRule="auto"/>
      <w:ind w:left="187" w:hanging="187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Pelin Dragos Game QA Engineer CV</dc:title>
  <dc:subject/>
  <dc:creator>Pelin Dragos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